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328"/>
          </w:tcPr>
          <w:p>
            <w:r>
              <w:rPr>
                <w:b/>
                <w:color w:val="2B6CB0"/>
                <w:sz w:val="28"/>
              </w:rPr>
              <w:t>YOUR SHOP NAME</w:t>
            </w:r>
            <w:r>
              <w:br/>
              <w:t>Street Address</w:t>
              <w:br/>
              <w:t>City, State ZIP</w:t>
              <w:br/>
              <w:t>Phone: (000) 000-0000</w:t>
              <w:br/>
              <w:t>Email: shop@example.com</w:t>
            </w:r>
          </w:p>
        </w:tc>
        <w:tc>
          <w:tcPr>
            <w:tcW w:type="dxa" w:w="5328"/>
          </w:tcPr>
          <w:p>
            <w:pPr>
              <w:jc w:val="right"/>
            </w:pPr>
            <w:r>
              <w:rPr>
                <w:b/>
                <w:color w:val="2B6CB0"/>
                <w:sz w:val="48"/>
              </w:rPr>
              <w:t>INVOICE</w:t>
            </w:r>
            <w:r>
              <w:br/>
              <w:t>Invoice #: ________</w:t>
              <w:br/>
              <w:t>Date: ____ / ____ / ______</w:t>
              <w:br/>
              <w:t>Due Date: ____ / ____ / ______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eef4fb"/>
          </w:tcPr>
          <w:p>
            <w:r/>
            <w:r>
              <w:rPr>
                <w:b/>
                <w:color w:val="2B6CB0"/>
              </w:rPr>
              <w:t>BILL TO</w:t>
            </w:r>
          </w:p>
        </w:tc>
        <w:tc>
          <w:tcPr>
            <w:tcW w:type="dxa" w:w="5328"/>
            <w:shd w:fill="eef4fb"/>
          </w:tcPr>
          <w:p>
            <w:r/>
            <w:r>
              <w:rPr>
                <w:b/>
                <w:color w:val="2B6CB0"/>
              </w:rPr>
              <w:t>VEHICLE INFORMATION</w:t>
            </w:r>
          </w:p>
        </w:tc>
      </w:tr>
      <w:tr>
        <w:tc>
          <w:tcPr>
            <w:tcW w:type="dxa" w:w="5328"/>
          </w:tcPr>
          <w:p>
            <w:r/>
            <w:r>
              <w:rPr>
                <w:b w:val="0"/>
              </w:rPr>
              <w:t>Customer Name: __________________________</w:t>
            </w:r>
          </w:p>
        </w:tc>
        <w:tc>
          <w:tcPr>
            <w:tcW w:type="dxa" w:w="5328"/>
          </w:tcPr>
          <w:p>
            <w:r/>
            <w:r>
              <w:rPr>
                <w:b w:val="0"/>
              </w:rPr>
              <w:t>Year / Make / Model: __________________________</w:t>
            </w:r>
          </w:p>
        </w:tc>
      </w:tr>
      <w:tr>
        <w:tc>
          <w:tcPr>
            <w:tcW w:type="dxa" w:w="5328"/>
          </w:tcPr>
          <w:p>
            <w:r/>
            <w:r>
              <w:rPr>
                <w:b w:val="0"/>
              </w:rPr>
              <w:t>Phone: _________________________________</w:t>
            </w:r>
          </w:p>
        </w:tc>
        <w:tc>
          <w:tcPr>
            <w:tcW w:type="dxa" w:w="5328"/>
          </w:tcPr>
          <w:p>
            <w:r/>
            <w:r>
              <w:rPr>
                <w:b w:val="0"/>
              </w:rPr>
              <w:t>VIN: ________________________________________</w:t>
            </w:r>
          </w:p>
        </w:tc>
      </w:tr>
      <w:tr>
        <w:tc>
          <w:tcPr>
            <w:tcW w:type="dxa" w:w="5328"/>
          </w:tcPr>
          <w:p>
            <w:r/>
            <w:r>
              <w:rPr>
                <w:b w:val="0"/>
              </w:rPr>
              <w:t>Email: _________________________________</w:t>
            </w:r>
          </w:p>
        </w:tc>
        <w:tc>
          <w:tcPr>
            <w:tcW w:type="dxa" w:w="5328"/>
          </w:tcPr>
          <w:p>
            <w:r/>
            <w:r>
              <w:rPr>
                <w:b w:val="0"/>
              </w:rPr>
              <w:t>License Plate: _______________________________</w:t>
            </w:r>
          </w:p>
        </w:tc>
      </w:tr>
      <w:tr>
        <w:tc>
          <w:tcPr>
            <w:tcW w:type="dxa" w:w="5328"/>
          </w:tcPr>
          <w:p>
            <w:r/>
            <w:r>
              <w:rPr>
                <w:b w:val="0"/>
              </w:rPr>
              <w:t>Address: _______________________________</w:t>
            </w:r>
          </w:p>
        </w:tc>
        <w:tc>
          <w:tcPr>
            <w:tcW w:type="dxa" w:w="5328"/>
          </w:tcPr>
          <w:p>
            <w:r/>
            <w:r>
              <w:rPr>
                <w:b w:val="0"/>
              </w:rPr>
              <w:t>Mileage: ____________________________________</w:t>
            </w:r>
          </w:p>
        </w:tc>
      </w:tr>
    </w:tbl>
    <w:p/>
    <w:p>
      <w:r>
        <w:rPr>
          <w:b/>
          <w:color w:val="2B6CB0"/>
          <w:sz w:val="24"/>
        </w:rPr>
        <w:t>Labor / Services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2b6cb0"/>
          </w:tcPr>
          <w:p>
            <w:r/>
            <w:r>
              <w:rPr>
                <w:b/>
                <w:color w:val="FFFFFF"/>
              </w:rPr>
              <w:t>Service / Labor Description</w:t>
            </w:r>
          </w:p>
        </w:tc>
        <w:tc>
          <w:tcPr>
            <w:tcW w:type="dxa" w:w="2664"/>
            <w:shd w:fill="2b6cb0"/>
          </w:tcPr>
          <w:p>
            <w:r/>
            <w:r>
              <w:rPr>
                <w:b/>
                <w:color w:val="FFFFFF"/>
              </w:rPr>
              <w:t>Hours</w:t>
            </w:r>
          </w:p>
        </w:tc>
        <w:tc>
          <w:tcPr>
            <w:tcW w:type="dxa" w:w="2664"/>
            <w:shd w:fill="2b6cb0"/>
          </w:tcPr>
          <w:p>
            <w:r/>
            <w:r>
              <w:rPr>
                <w:b/>
                <w:color w:val="FFFFFF"/>
              </w:rPr>
              <w:t>Rate</w:t>
            </w:r>
          </w:p>
        </w:tc>
        <w:tc>
          <w:tcPr>
            <w:tcW w:type="dxa" w:w="2664"/>
            <w:shd w:fill="2b6cb0"/>
          </w:tcPr>
          <w:p>
            <w:r/>
            <w:r>
              <w:rPr>
                <w:b/>
                <w:color w:val="FFFFFF"/>
              </w:rPr>
              <w:t>Line Total</w:t>
            </w:r>
          </w:p>
        </w:tc>
      </w:tr>
      <w:tr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</w:tr>
      <w:tr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</w:tr>
      <w:tr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</w:tr>
      <w:tr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</w:tr>
      <w:tr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</w:tr>
      <w:tr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</w:tr>
    </w:tbl>
    <w:p/>
    <w:p>
      <w:r>
        <w:rPr>
          <w:b/>
          <w:color w:val="2B6CB0"/>
          <w:sz w:val="24"/>
        </w:rPr>
        <w:t>Parts / Materials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shd w:fill="2b6cb0"/>
          </w:tcPr>
          <w:p>
            <w:r/>
            <w:r>
              <w:rPr>
                <w:b/>
                <w:color w:val="FFFFFF"/>
              </w:rPr>
              <w:t>Part / Item Description</w:t>
            </w:r>
          </w:p>
        </w:tc>
        <w:tc>
          <w:tcPr>
            <w:tcW w:type="dxa" w:w="2664"/>
            <w:shd w:fill="2b6cb0"/>
          </w:tcPr>
          <w:p>
            <w:r/>
            <w:r>
              <w:rPr>
                <w:b/>
                <w:color w:val="FFFFFF"/>
              </w:rPr>
              <w:t>Qty</w:t>
            </w:r>
          </w:p>
        </w:tc>
        <w:tc>
          <w:tcPr>
            <w:tcW w:type="dxa" w:w="2664"/>
            <w:shd w:fill="2b6cb0"/>
          </w:tcPr>
          <w:p>
            <w:r/>
            <w:r>
              <w:rPr>
                <w:b/>
                <w:color w:val="FFFFFF"/>
              </w:rPr>
              <w:t>Unit Price</w:t>
            </w:r>
          </w:p>
        </w:tc>
        <w:tc>
          <w:tcPr>
            <w:tcW w:type="dxa" w:w="2664"/>
            <w:shd w:fill="2b6cb0"/>
          </w:tcPr>
          <w:p>
            <w:r/>
            <w:r>
              <w:rPr>
                <w:b/>
                <w:color w:val="FFFFFF"/>
              </w:rPr>
              <w:t>Line Total</w:t>
            </w:r>
          </w:p>
        </w:tc>
      </w:tr>
      <w:tr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</w:tr>
      <w:tr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</w:tr>
      <w:tr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</w:tr>
      <w:tr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</w:tr>
      <w:tr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</w:tr>
      <w:tr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  <w:tc>
          <w:tcPr>
            <w:tcW w:type="dxa" w:w="2664"/>
          </w:tcPr>
          <w:p>
            <w:r/>
            <w:r>
              <w:rPr>
                <w:b w:val="0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9fafb"/>
          </w:tcPr>
          <w:p>
            <w:r/>
            <w:r>
              <w:rPr>
                <w:b/>
              </w:rPr>
              <w:t>Notes / Customer Approval</w:t>
              <w:br/>
              <w:br/>
              <w:t>____________________________________________________________</w:t>
              <w:br/>
              <w:br/>
              <w:t>____________________________________________________________</w:t>
              <w:br/>
              <w:br/>
              <w:t>Customer Signature: ____________________________</w:t>
            </w:r>
          </w:p>
        </w:tc>
        <w:tc>
          <w:tcPr>
            <w:tcW w:type="dxa" w:w="532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2664"/>
              <w:gridCol w:w="2664"/>
            </w:tblGrid>
            <w:tr>
              <w:tc>
                <w:tcPr>
                  <w:tcW w:type="dxa" w:w="2664"/>
                </w:tcPr>
                <w:p>
                  <w:r/>
                  <w:r>
                    <w:rPr>
                      <w:b w:val="0"/>
                    </w:rPr>
                    <w:t>Labor Subtotal:</w:t>
                  </w:r>
                </w:p>
              </w:tc>
              <w:tc>
                <w:tcPr>
                  <w:tcW w:type="dxa" w:w="2664"/>
                </w:tcPr>
                <w:p>
                  <w:r/>
                  <w:r>
                    <w:rPr>
                      <w:b w:val="0"/>
                    </w:rPr>
                    <w:t>$__________</w:t>
                  </w:r>
                </w:p>
              </w:tc>
            </w:tr>
            <w:tr>
              <w:tc>
                <w:tcPr>
                  <w:tcW w:type="dxa" w:w="2664"/>
                </w:tcPr>
                <w:p>
                  <w:r/>
                  <w:r>
                    <w:rPr>
                      <w:b w:val="0"/>
                    </w:rPr>
                    <w:t>Parts Subtotal:</w:t>
                  </w:r>
                </w:p>
              </w:tc>
              <w:tc>
                <w:tcPr>
                  <w:tcW w:type="dxa" w:w="2664"/>
                </w:tcPr>
                <w:p>
                  <w:r/>
                  <w:r>
                    <w:rPr>
                      <w:b w:val="0"/>
                    </w:rPr>
                    <w:t>$__________</w:t>
                  </w:r>
                </w:p>
              </w:tc>
            </w:tr>
            <w:tr>
              <w:tc>
                <w:tcPr>
                  <w:tcW w:type="dxa" w:w="2664"/>
                </w:tcPr>
                <w:p>
                  <w:r/>
                  <w:r>
                    <w:rPr>
                      <w:b w:val="0"/>
                    </w:rPr>
                    <w:t>Shop Supplies / Fees:</w:t>
                  </w:r>
                </w:p>
              </w:tc>
              <w:tc>
                <w:tcPr>
                  <w:tcW w:type="dxa" w:w="2664"/>
                </w:tcPr>
                <w:p>
                  <w:r/>
                  <w:r>
                    <w:rPr>
                      <w:b w:val="0"/>
                    </w:rPr>
                    <w:t>$__________</w:t>
                  </w:r>
                </w:p>
              </w:tc>
            </w:tr>
            <w:tr>
              <w:tc>
                <w:tcPr>
                  <w:tcW w:type="dxa" w:w="2664"/>
                </w:tcPr>
                <w:p>
                  <w:r/>
                  <w:r>
                    <w:rPr>
                      <w:b w:val="0"/>
                    </w:rPr>
                    <w:t>Tax:</w:t>
                  </w:r>
                </w:p>
              </w:tc>
              <w:tc>
                <w:tcPr>
                  <w:tcW w:type="dxa" w:w="2664"/>
                </w:tcPr>
                <w:p>
                  <w:r/>
                  <w:r>
                    <w:rPr>
                      <w:b w:val="0"/>
                    </w:rPr>
                    <w:t>$__________</w:t>
                  </w:r>
                </w:p>
              </w:tc>
            </w:tr>
            <w:tr>
              <w:tc>
                <w:tcPr>
                  <w:tcW w:type="dxa" w:w="2664"/>
                </w:tcPr>
                <w:p>
                  <w:r/>
                  <w:r>
                    <w:rPr>
                      <w:b w:val="0"/>
                    </w:rPr>
                    <w:t>Amount Paid:</w:t>
                  </w:r>
                </w:p>
              </w:tc>
              <w:tc>
                <w:tcPr>
                  <w:tcW w:type="dxa" w:w="2664"/>
                </w:tcPr>
                <w:p>
                  <w:r/>
                  <w:r>
                    <w:rPr>
                      <w:b w:val="0"/>
                    </w:rPr>
                    <w:t>$__________</w:t>
                  </w:r>
                </w:p>
              </w:tc>
            </w:tr>
            <w:tr>
              <w:tc>
                <w:tcPr>
                  <w:tcW w:type="dxa" w:w="2664"/>
                  <w:shd w:fill="eef4fb"/>
                </w:tcPr>
                <w:p>
                  <w:r/>
                  <w:r>
                    <w:rPr>
                      <w:b/>
                    </w:rPr>
                    <w:t>Total Due:</w:t>
                  </w:r>
                </w:p>
              </w:tc>
              <w:tc>
                <w:tcPr>
                  <w:tcW w:type="dxa" w:w="2664"/>
                  <w:shd w:fill="eef4fb"/>
                </w:tcPr>
                <w:p>
                  <w:r/>
                  <w:r>
                    <w:rPr>
                      <w:b/>
                    </w:rPr>
                    <w:t>$__________</w:t>
                  </w:r>
                </w:p>
              </w:tc>
            </w:tr>
          </w:tbl>
          <w:p/>
        </w:tc>
      </w:tr>
    </w:tbl>
    <w:p>
      <w:pPr>
        <w:jc w:val="center"/>
      </w:pPr>
      <w:r>
        <w:rPr>
          <w:sz w:val="16"/>
        </w:rPr>
        <w:t>Created by PistonCMS - Simple estimates, invoices, customers, vehicles, and service reminders for repair shops.</w:t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